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</w:pPr>
      <w:r>
        <w:rPr>
          <w:b w:val="0"/>
          <w:i w:val="0"/>
          <w:highlight w:val="lightGray"/>
        </w:rPr>
        <w:t>[Imię i nazwisko najemcy]</w:t>
      </w:r>
      <w:r>
        <w:br/>
      </w:r>
      <w:r>
        <w:rPr>
          <w:b w:val="0"/>
          <w:i w:val="0"/>
          <w:highlight w:val="lightGray"/>
        </w:rPr>
        <w:t>[Adres]</w:t>
      </w:r>
      <w:r>
        <w:br/>
      </w:r>
      <w:r>
        <w:rPr>
          <w:b w:val="0"/>
          <w:i w:val="0"/>
          <w:highlight w:val="lightGray"/>
        </w:rPr>
        <w:t>[Telefon / e-mail]</w:t>
      </w:r>
    </w:p>
    <w:p>
      <w:pPr>
        <w:spacing w:before="0" w:after="240"/>
        <w:ind w:left="5386"/>
      </w:pPr>
      <w:r>
        <w:rPr>
          <w:b w:val="0"/>
          <w:i w:val="0"/>
          <w:highlight w:val="lightGray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highlight w:val="lightGray"/>
        </w:rPr>
        <w:t>[Data]</w:t>
      </w:r>
      <w:r>
        <w:br/>
      </w:r>
      <w:r>
        <w:br/>
      </w:r>
      <w:r>
        <w:rPr>
          <w:b w:val="0"/>
          <w:i w:val="0"/>
          <w:highlight w:val="lightGray"/>
        </w:rPr>
        <w:t>[Imię i nazwisko wynajmującego]</w:t>
      </w:r>
      <w:r>
        <w:br/>
      </w:r>
      <w:r>
        <w:rPr>
          <w:b w:val="0"/>
          <w:i w:val="0"/>
          <w:highlight w:val="lightGray"/>
        </w:rPr>
        <w:t>[Adres]</w:t>
      </w:r>
    </w:p>
    <w:p>
      <w:pPr>
        <w:keepNext/>
        <w:spacing w:before="0" w:after="40"/>
        <w:jc w:val="center"/>
      </w:pPr>
      <w:r>
        <w:rPr>
          <w:b/>
          <w:i w:val="0"/>
          <w:sz w:val="26"/>
        </w:rPr>
        <w:t>WYPOWIEDZENIE UMOWY NAJMU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Niniejszym wypowiadam umowę najmu lokalu mieszkalnego położonego w </w:t>
      </w:r>
      <w:r>
        <w:rPr>
          <w:b w:val="0"/>
          <w:i w:val="0"/>
          <w:highlight w:val="lightGray"/>
        </w:rPr>
        <w:t>[Miejscowość]</w:t>
      </w:r>
      <w:r>
        <w:rPr>
          <w:b w:val="0"/>
          <w:i w:val="0"/>
        </w:rPr>
        <w:t xml:space="preserve"> przy ul. </w:t>
      </w:r>
      <w:r>
        <w:rPr>
          <w:b w:val="0"/>
          <w:i w:val="0"/>
          <w:highlight w:val="lightGray"/>
        </w:rPr>
        <w:t>[Ulica i numer]</w:t>
      </w:r>
      <w:r>
        <w:rPr>
          <w:b w:val="0"/>
          <w:i w:val="0"/>
        </w:rPr>
        <w:t xml:space="preserve">, zawartą w dniu </w:t>
      </w:r>
      <w:r>
        <w:rPr>
          <w:b w:val="0"/>
          <w:i w:val="0"/>
          <w:highlight w:val="lightGray"/>
        </w:rPr>
        <w:t>[Data umowy]</w:t>
      </w:r>
      <w:r>
        <w:rPr>
          <w:b w:val="0"/>
          <w:i w:val="0"/>
        </w:rPr>
        <w:t xml:space="preserve">, </w:t>
      </w:r>
      <w:r>
        <w:rPr>
          <w:b w:val="0"/>
          <w:i w:val="0"/>
          <w:highlight w:val="lightGray"/>
        </w:rPr>
        <w:t>[z zachowaniem trzymiesięcznego terminu wypowiedzenia / z zachowaniem ... terminu wypowiedzenia przewidzianego w § ... umowy]</w:t>
      </w:r>
      <w:r>
        <w:rPr>
          <w:b w:val="0"/>
          <w:i w:val="0"/>
        </w:rPr>
        <w:t xml:space="preserve">, ze skutkiem na dzień </w:t>
      </w:r>
      <w:r>
        <w:rPr>
          <w:b w:val="0"/>
          <w:i w:val="0"/>
          <w:highlight w:val="lightGray"/>
        </w:rPr>
        <w:t>[Data zakończenia]</w:t>
      </w:r>
      <w:r>
        <w:rPr>
          <w:b w:val="0"/>
          <w:i w:val="0"/>
        </w:rPr>
        <w:t>.</w:t>
      </w:r>
    </w:p>
    <w:p>
      <w:pPr>
        <w:spacing w:before="0" w:after="120"/>
        <w:jc w:val="both"/>
      </w:pPr>
      <w:r>
        <w:rPr>
          <w:b w:val="0"/>
          <w:i w:val="0"/>
          <w:highlight w:val="lightGray"/>
        </w:rPr>
        <w:t>[Podstawa wypowiedzenia umowy zawartej na czas oznaczony: § ... umowy, zgodnie z którym ...]</w:t>
      </w:r>
      <w:r>
        <w:rPr>
          <w:b w:val="0"/>
          <w:i w:val="0"/>
        </w:rPr>
        <w:t>.</w:t>
      </w:r>
    </w:p>
    <w:p>
      <w:pPr>
        <w:spacing w:before="0" w:after="120"/>
        <w:jc w:val="both"/>
      </w:pPr>
      <w:r>
        <w:rPr>
          <w:b w:val="0"/>
          <w:i w:val="0"/>
        </w:rPr>
        <w:t xml:space="preserve">Proszę o ustalenie terminu odbioru lokalu i sporządzenia protokołu zdawczo-odbiorczego oraz o zwrot kaucji w kwocie </w:t>
      </w:r>
      <w:r>
        <w:rPr>
          <w:b w:val="0"/>
          <w:i w:val="0"/>
          <w:highlight w:val="lightGray"/>
        </w:rPr>
        <w:t>[Kwota]</w:t>
      </w:r>
      <w:r>
        <w:rPr>
          <w:b w:val="0"/>
          <w:i w:val="0"/>
        </w:rPr>
        <w:t xml:space="preserve"> zł w terminie miesiąca od opróżnienia lokalu, na rachunek nr </w:t>
      </w:r>
      <w:r>
        <w:rPr>
          <w:b w:val="0"/>
          <w:i w:val="0"/>
          <w:highlight w:val="lightGray"/>
        </w:rPr>
        <w:t>[Numer rachunku]</w:t>
      </w:r>
      <w:r>
        <w:rPr>
          <w:b w:val="0"/>
          <w:i w:val="0"/>
        </w:rPr>
        <w:t>.</w:t>
      </w:r>
    </w:p>
    <w:p>
      <w:pPr>
        <w:spacing w:before="0" w:after="120"/>
        <w:jc w:val="both"/>
      </w:pPr>
      <w:r>
        <w:rPr>
          <w:b w:val="0"/>
          <w:i w:val="0"/>
        </w:rPr>
        <w:t>Z poważaniem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</w:tcPr>
          <w:p>
            <w:r/>
            <w:r>
              <w:rPr>
                <w:i/>
              </w:rPr>
              <w:t>Najemca</w:t>
            </w:r>
          </w:p>
        </w:tc>
      </w:tr>
      <w:tr>
        <w:tc>
          <w:tcPr>
            <w:tcW w:type="dxa" w:w="9184"/>
          </w:tcPr>
          <w:p>
            <w:r/>
            <w:r>
              <w:br/>
              <w:br/>
              <w:t>_______________________________</w:t>
            </w:r>
          </w:p>
        </w:tc>
      </w:tr>
    </w:tbl>
    <w:p>
      <w:pPr>
        <w:spacing w:before="0" w:after="200"/>
      </w:pPr>
    </w:p>
    <w:p>
      <w:pPr>
        <w:spacing w:before="240" w:after="120"/>
      </w:pPr>
      <w:r>
        <w:rPr>
          <w:b w:val="0"/>
          <w:i/>
          <w:sz w:val="19"/>
        </w:rPr>
        <w:t>Potwierdzenie odbioru: ____________________ (data i podpis wynajmującego)</w:t>
      </w:r>
    </w:p>
    <w:sectPr w:rsidR="00FC693F" w:rsidRPr="0006063C" w:rsidSect="00034616">
      <w:footerReference w:type="default" r:id="rId9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67B"/>
        <w:sz w:val="16"/>
      </w:rPr>
      <w:t>Darmowy wzór pobrany z wzoryumow24.pl – dostosuj go do swojej sytuacji. Stan prawny: 5 listopada 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Wypowiedzenie umowy najmu mieszkania – wzór 2026</dc:title>
  <dc:subject>Wypowiedzenie umowy najmu</dc:subject>
  <dc:creator>Wzory Umów 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