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ind w:left="5386"/>
      </w:pP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highlight w:val="lightGray"/>
        </w:rPr>
        <w:t>[Data]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>POROZUMIENIE O ROZWIĄZANIU UMOWY O PRACĘ</w:t>
      </w:r>
    </w:p>
    <w:p>
      <w:pPr>
        <w:spacing w:before="0" w:after="120"/>
        <w:jc w:val="both"/>
      </w:pPr>
      <w:r>
        <w:rPr>
          <w:b w:val="0"/>
          <w:i w:val="0"/>
        </w:rPr>
        <w:t>zawarte pomiędzy: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[Nazwa pracodawcy]</w:t>
      </w:r>
      <w:r>
        <w:rPr>
          <w:b w:val="0"/>
          <w:i w:val="0"/>
        </w:rPr>
        <w:t xml:space="preserve">, z siedzibą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NIP </w:t>
      </w:r>
      <w:r>
        <w:rPr>
          <w:b w:val="0"/>
          <w:i w:val="0"/>
          <w:highlight w:val="lightGray"/>
        </w:rPr>
        <w:t>[NIP]</w:t>
      </w:r>
      <w:r>
        <w:rPr>
          <w:b w:val="0"/>
          <w:i w:val="0"/>
        </w:rPr>
        <w:t xml:space="preserve">, reprezentowanym przez </w:t>
      </w:r>
      <w:r>
        <w:rPr>
          <w:b w:val="0"/>
          <w:i w:val="0"/>
          <w:highlight w:val="lightGray"/>
        </w:rPr>
        <w:t>[Imię, nazwisko i stanowisko]</w:t>
      </w:r>
      <w:r>
        <w:rPr>
          <w:b w:val="0"/>
          <w:i w:val="0"/>
        </w:rPr>
        <w:t>, zwanym dalej „Pracodawcą”,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a </w:t>
      </w:r>
      <w:r>
        <w:rPr>
          <w:b w:val="0"/>
          <w:i w:val="0"/>
          <w:highlight w:val="lightGray"/>
        </w:rPr>
        <w:t>[Imię i nazwisko pracownika]</w:t>
      </w:r>
      <w:r>
        <w:rPr>
          <w:b w:val="0"/>
          <w:i w:val="0"/>
        </w:rPr>
        <w:t xml:space="preserve">, zamieszkałym/ą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zatrudnionym/ą na stanowisku </w:t>
      </w:r>
      <w:r>
        <w:rPr>
          <w:b w:val="0"/>
          <w:i w:val="0"/>
          <w:highlight w:val="lightGray"/>
        </w:rPr>
        <w:t>[Stanowisko]</w:t>
      </w:r>
      <w:r>
        <w:rPr>
          <w:b w:val="0"/>
          <w:i w:val="0"/>
        </w:rPr>
        <w:t>, zwanym/ą dalej „Pracownikiem”.</w:t>
      </w:r>
    </w:p>
    <w:p>
      <w:pPr>
        <w:keepNext/>
        <w:spacing w:before="160" w:after="40"/>
      </w:pPr>
      <w:r>
        <w:rPr>
          <w:b/>
          <w:i w:val="0"/>
        </w:rPr>
        <w:t>§ 1.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Strony zgodnie postanawiają rozwiązać umowę o pracę zawartą w dniu </w:t>
      </w:r>
      <w:r>
        <w:rPr>
          <w:b w:val="0"/>
          <w:i w:val="0"/>
          <w:highlight w:val="lightGray"/>
        </w:rPr>
        <w:t>[Data zawarcia umowy]</w:t>
      </w:r>
      <w:r>
        <w:rPr>
          <w:b w:val="0"/>
          <w:i w:val="0"/>
        </w:rPr>
        <w:t xml:space="preserve"> za porozumieniem stron, na podstawie art. 30 § 1 pkt 1 Kodeksu pracy, z dniem </w:t>
      </w:r>
      <w:r>
        <w:rPr>
          <w:b w:val="0"/>
          <w:i w:val="0"/>
          <w:highlight w:val="lightGray"/>
        </w:rPr>
        <w:t>[Data rozwiązania]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2.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Porozumienie zostaje zawarte z inicjatywy </w:t>
      </w:r>
      <w:r>
        <w:rPr>
          <w:b w:val="0"/>
          <w:i w:val="0"/>
          <w:highlight w:val="lightGray"/>
        </w:rPr>
        <w:t>[Pracodawcy / Pracownika]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lightGray"/>
        </w:rPr>
        <w:t>[Przyczyną rozwiązania umowy z inicjatywy Pracodawcy jest: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3.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[Pracownik wykorzysta przysługujący mu urlop wypoczynkowy w wymiarze ... dni w okresie od ... do ... / Za niewykorzystany urlop wypoczynkowy w wymiarze ... dni Pracownik otrzyma ekwiwalent pieniężny.]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lightGray"/>
        </w:rPr>
        <w:t>[Pracownik zostaje zwolniony z obowiązku świadczenia pracy od dnia ... z zachowaniem prawa do wynagrodzenia.]</w:t>
      </w:r>
    </w:p>
    <w:p>
      <w:pPr>
        <w:keepNext/>
        <w:spacing w:before="160" w:after="40"/>
      </w:pPr>
      <w:r>
        <w:rPr>
          <w:b/>
          <w:i w:val="0"/>
        </w:rPr>
        <w:t>§ 4.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Pracownik zwróci powierzone mu mienie Pracodawcy, w tym </w:t>
      </w:r>
      <w:r>
        <w:rPr>
          <w:b w:val="0"/>
          <w:i w:val="0"/>
          <w:highlight w:val="lightGray"/>
        </w:rPr>
        <w:t>[laptop, telefon, karty dostępu]</w:t>
      </w:r>
      <w:r>
        <w:rPr>
          <w:b w:val="0"/>
          <w:i w:val="0"/>
        </w:rPr>
        <w:t xml:space="preserve">, najpóźniej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>. Pracodawca wyda Pracownikowi świadectwo pracy w dniu rozwiązania umowy.</w:t>
      </w:r>
    </w:p>
    <w:p>
      <w:pPr>
        <w:keepNext/>
        <w:spacing w:before="160" w:after="40"/>
      </w:pPr>
      <w:r>
        <w:rPr>
          <w:b/>
          <w:i w:val="0"/>
        </w:rPr>
        <w:t>§ 5.</w:t>
      </w:r>
    </w:p>
    <w:p>
      <w:pPr>
        <w:spacing w:before="0" w:after="120"/>
        <w:jc w:val="both"/>
      </w:pPr>
      <w:r>
        <w:rPr>
          <w:b w:val="0"/>
          <w:i w:val="0"/>
        </w:rPr>
        <w:t>Porozumienie sporządzono w dwóch jednobrzmiących egzemplarzach, po jednym dla każdej ze stron.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Pracodawca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Pracownik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Rozwiązanie umowy o pracę za porozumieniem stron – wzór 2026</dc:title>
  <dc:subject>Rozwiązanie umowy o pracę za porozumieniem stron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