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/>
      </w:pPr>
      <w:r>
        <w:rPr>
          <w:b w:val="0"/>
          <w:i w:val="0"/>
          <w:highlight w:val="lightGray"/>
        </w:rPr>
        <w:t>[Imię i nazwisko zleceniobiorcy]</w:t>
      </w:r>
      <w:r>
        <w:br/>
      </w:r>
      <w:r>
        <w:rPr>
          <w:b w:val="0"/>
          <w:i w:val="0"/>
          <w:highlight w:val="lightGray"/>
        </w:rPr>
        <w:t>[Adres]</w:t>
      </w:r>
      <w:r>
        <w:br/>
      </w:r>
      <w:r>
        <w:rPr>
          <w:b w:val="0"/>
          <w:i w:val="0"/>
        </w:rPr>
        <w:t xml:space="preserve">PESEL: </w:t>
      </w:r>
      <w:r>
        <w:rPr>
          <w:b w:val="0"/>
          <w:i w:val="0"/>
          <w:highlight w:val="lightGray"/>
        </w:rPr>
        <w:t>[PESEL]</w:t>
      </w:r>
      <w:r>
        <w:br/>
      </w:r>
      <w:r>
        <w:rPr>
          <w:b w:val="0"/>
          <w:i w:val="0"/>
        </w:rPr>
        <w:t xml:space="preserve">Numer rachunku bankowego: </w:t>
      </w:r>
      <w:r>
        <w:rPr>
          <w:b w:val="0"/>
          <w:i w:val="0"/>
          <w:highlight w:val="lightGray"/>
        </w:rPr>
        <w:t>[Numer rachunku]</w:t>
      </w:r>
    </w:p>
    <w:p>
      <w:pPr>
        <w:spacing w:before="0" w:after="240"/>
        <w:ind w:left="5386"/>
      </w:pPr>
      <w:r>
        <w:rPr>
          <w:b w:val="0"/>
          <w:i w:val="0"/>
          <w:highlight w:val="lightGray"/>
        </w:rPr>
        <w:t>[Miejscowość]</w:t>
      </w:r>
      <w:r>
        <w:rPr>
          <w:b w:val="0"/>
          <w:i w:val="0"/>
        </w:rPr>
        <w:t xml:space="preserve">, dnia </w:t>
      </w:r>
      <w:r>
        <w:rPr>
          <w:b w:val="0"/>
          <w:i w:val="0"/>
          <w:highlight w:val="lightGray"/>
        </w:rPr>
        <w:t>[Data]</w:t>
      </w:r>
      <w:r>
        <w:br/>
      </w:r>
      <w:r>
        <w:br/>
      </w:r>
      <w:r>
        <w:rPr>
          <w:b w:val="0"/>
          <w:i w:val="0"/>
          <w:highlight w:val="lightGray"/>
        </w:rPr>
        <w:t>[Nazwa zleceniodawcy]</w:t>
      </w:r>
      <w:r>
        <w:br/>
      </w:r>
      <w:r>
        <w:rPr>
          <w:b w:val="0"/>
          <w:i w:val="0"/>
          <w:highlight w:val="lightGray"/>
        </w:rPr>
        <w:t>[Adres]</w:t>
      </w:r>
      <w:r>
        <w:br/>
      </w:r>
      <w:r>
        <w:rPr>
          <w:b w:val="0"/>
          <w:i w:val="0"/>
        </w:rPr>
        <w:t xml:space="preserve">NIP: </w:t>
      </w:r>
      <w:r>
        <w:rPr>
          <w:b w:val="0"/>
          <w:i w:val="0"/>
          <w:highlight w:val="lightGray"/>
        </w:rPr>
        <w:t>[NIP]</w:t>
      </w:r>
    </w:p>
    <w:p>
      <w:pPr>
        <w:keepNext/>
        <w:spacing w:before="0" w:after="40"/>
        <w:jc w:val="center"/>
      </w:pPr>
      <w:r>
        <w:rPr>
          <w:b/>
          <w:i w:val="0"/>
          <w:sz w:val="26"/>
        </w:rPr>
        <w:t xml:space="preserve">RACHUNEK NR </w:t>
      </w:r>
      <w:r>
        <w:rPr>
          <w:b/>
          <w:i w:val="0"/>
          <w:sz w:val="26"/>
          <w:highlight w:val="lightGray"/>
        </w:rPr>
        <w:t>[Numer]</w:t>
      </w:r>
    </w:p>
    <w:p>
      <w:pPr>
        <w:spacing w:before="0" w:after="120"/>
        <w:jc w:val="center"/>
      </w:pPr>
      <w:r>
        <w:rPr>
          <w:b w:val="0"/>
          <w:i w:val="0"/>
        </w:rPr>
        <w:t xml:space="preserve">do umowy zlecenia nr </w:t>
      </w:r>
      <w:r>
        <w:rPr>
          <w:b w:val="0"/>
          <w:i w:val="0"/>
          <w:highlight w:val="lightGray"/>
        </w:rPr>
        <w:t>[Numer umowy]</w:t>
      </w:r>
      <w:r>
        <w:rPr>
          <w:b w:val="0"/>
          <w:i w:val="0"/>
        </w:rPr>
        <w:t xml:space="preserve"> z dnia </w:t>
      </w:r>
      <w:r>
        <w:rPr>
          <w:b w:val="0"/>
          <w:i w:val="0"/>
          <w:highlight w:val="lightGray"/>
        </w:rPr>
        <w:t>[Data umowy]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Za wykonanie w okresie od </w:t>
      </w:r>
      <w:r>
        <w:rPr>
          <w:b w:val="0"/>
          <w:i w:val="0"/>
          <w:highlight w:val="lightGray"/>
        </w:rPr>
        <w:t>[Data]</w:t>
      </w:r>
      <w:r>
        <w:rPr>
          <w:b w:val="0"/>
          <w:i w:val="0"/>
        </w:rPr>
        <w:t xml:space="preserve"> do </w:t>
      </w:r>
      <w:r>
        <w:rPr>
          <w:b w:val="0"/>
          <w:i w:val="0"/>
          <w:highlight w:val="lightGray"/>
        </w:rPr>
        <w:t>[Data]</w:t>
      </w:r>
      <w:r>
        <w:rPr>
          <w:b w:val="0"/>
          <w:i w:val="0"/>
        </w:rPr>
        <w:t xml:space="preserve"> następujących czynności: </w:t>
      </w:r>
      <w:r>
        <w:rPr>
          <w:b w:val="0"/>
          <w:i w:val="0"/>
          <w:highlight w:val="lightGray"/>
        </w:rPr>
        <w:t>[opis czynności]</w:t>
      </w:r>
      <w:r>
        <w:rPr>
          <w:b w:val="0"/>
          <w:i w:val="0"/>
        </w:rPr>
        <w:t xml:space="preserve">, w łącznym wymiarze </w:t>
      </w:r>
      <w:r>
        <w:rPr>
          <w:b w:val="0"/>
          <w:i w:val="0"/>
          <w:highlight w:val="lightGray"/>
        </w:rPr>
        <w:t>[liczba]</w:t>
      </w:r>
      <w:r>
        <w:rPr>
          <w:b w:val="0"/>
          <w:i w:val="0"/>
        </w:rPr>
        <w:t xml:space="preserve"> godzin, zgodnie z ewidencją godzin w załączeniu, proszę o wypłatę wynagrodzenia: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4592"/>
            <w:shd w:val="clear" w:color="auto" w:fill="EEEAE0"/>
          </w:tcPr>
          <w:p>
            <w:r/>
            <w:r>
              <w:rPr>
                <w:b/>
              </w:rPr>
              <w:t>Pozycja</w:t>
            </w:r>
          </w:p>
        </w:tc>
        <w:tc>
          <w:tcPr>
            <w:tcW w:type="dxa" w:w="4592"/>
            <w:shd w:val="clear" w:color="auto" w:fill="EEEAE0"/>
          </w:tcPr>
          <w:p>
            <w:r/>
            <w:r>
              <w:rPr>
                <w:b/>
              </w:rPr>
              <w:t>Kwota</w:t>
            </w:r>
          </w:p>
        </w:tc>
      </w:tr>
      <w:tr>
        <w:tc>
          <w:tcPr>
            <w:tcW w:type="dxa" w:w="4592"/>
          </w:tcPr>
          <w:p>
            <w:r/>
            <w:r>
              <w:rPr>
                <w:b w:val="0"/>
                <w:i w:val="0"/>
              </w:rPr>
              <w:t>Wynagrodzenie brutto (</w:t>
            </w:r>
            <w:r>
              <w:rPr>
                <w:b w:val="0"/>
                <w:i w:val="0"/>
                <w:highlight w:val="lightGray"/>
              </w:rPr>
              <w:t>[liczba]</w:t>
            </w:r>
            <w:r>
              <w:rPr>
                <w:b w:val="0"/>
                <w:i w:val="0"/>
              </w:rPr>
              <w:t xml:space="preserve"> godz. × </w:t>
            </w:r>
            <w:r>
              <w:rPr>
                <w:b w:val="0"/>
                <w:i w:val="0"/>
                <w:highlight w:val="lightGray"/>
              </w:rPr>
              <w:t>[stawka]</w:t>
            </w:r>
            <w:r>
              <w:rPr>
                <w:b w:val="0"/>
                <w:i w:val="0"/>
              </w:rPr>
              <w:t xml:space="preserve"> zł)</w:t>
            </w:r>
          </w:p>
        </w:tc>
        <w:tc>
          <w:tcPr>
            <w:tcW w:type="dxa" w:w="4592"/>
          </w:tcPr>
          <w:p>
            <w:pPr>
              <w:jc w:val="right"/>
            </w:pPr>
            <w:r/>
            <w:r>
              <w:rPr>
                <w:b w:val="0"/>
                <w:i w:val="0"/>
                <w:highlight w:val="lightGray"/>
              </w:rPr>
              <w:t>[0,00]</w:t>
            </w:r>
            <w:r>
              <w:rPr>
                <w:b w:val="0"/>
                <w:i w:val="0"/>
              </w:rPr>
              <w:t xml:space="preserve"> zł</w:t>
            </w:r>
          </w:p>
        </w:tc>
      </w:tr>
      <w:tr>
        <w:tc>
          <w:tcPr>
            <w:tcW w:type="dxa" w:w="4592"/>
          </w:tcPr>
          <w:p>
            <w:r/>
            <w:r>
              <w:rPr>
                <w:b w:val="0"/>
                <w:i w:val="0"/>
              </w:rPr>
              <w:t>Składki na ubezpieczenia społeczne finansowane przez zleceniobiorcę</w:t>
            </w:r>
          </w:p>
        </w:tc>
        <w:tc>
          <w:tcPr>
            <w:tcW w:type="dxa" w:w="4592"/>
          </w:tcPr>
          <w:p>
            <w:pPr>
              <w:jc w:val="right"/>
            </w:pPr>
            <w:r/>
            <w:r>
              <w:rPr>
                <w:b w:val="0"/>
                <w:i w:val="0"/>
              </w:rPr>
              <w:t xml:space="preserve">– </w:t>
            </w:r>
            <w:r>
              <w:rPr>
                <w:b w:val="0"/>
                <w:i w:val="0"/>
                <w:highlight w:val="lightGray"/>
              </w:rPr>
              <w:t>[0,00]</w:t>
            </w:r>
            <w:r>
              <w:rPr>
                <w:b w:val="0"/>
                <w:i w:val="0"/>
              </w:rPr>
              <w:t xml:space="preserve"> zł</w:t>
            </w:r>
          </w:p>
        </w:tc>
      </w:tr>
      <w:tr>
        <w:tc>
          <w:tcPr>
            <w:tcW w:type="dxa" w:w="4592"/>
          </w:tcPr>
          <w:p>
            <w:r/>
            <w:r>
              <w:rPr>
                <w:b w:val="0"/>
                <w:i w:val="0"/>
              </w:rPr>
              <w:t>Składka na ubezpieczenie zdrowotne</w:t>
            </w:r>
          </w:p>
        </w:tc>
        <w:tc>
          <w:tcPr>
            <w:tcW w:type="dxa" w:w="4592"/>
          </w:tcPr>
          <w:p>
            <w:pPr>
              <w:jc w:val="right"/>
            </w:pPr>
            <w:r/>
            <w:r>
              <w:rPr>
                <w:b w:val="0"/>
                <w:i w:val="0"/>
              </w:rPr>
              <w:t xml:space="preserve">– </w:t>
            </w:r>
            <w:r>
              <w:rPr>
                <w:b w:val="0"/>
                <w:i w:val="0"/>
                <w:highlight w:val="lightGray"/>
              </w:rPr>
              <w:t>[0,00]</w:t>
            </w:r>
            <w:r>
              <w:rPr>
                <w:b w:val="0"/>
                <w:i w:val="0"/>
              </w:rPr>
              <w:t xml:space="preserve"> zł</w:t>
            </w:r>
          </w:p>
        </w:tc>
      </w:tr>
      <w:tr>
        <w:tc>
          <w:tcPr>
            <w:tcW w:type="dxa" w:w="4592"/>
          </w:tcPr>
          <w:p>
            <w:r/>
            <w:r>
              <w:rPr>
                <w:b w:val="0"/>
                <w:i w:val="0"/>
              </w:rPr>
              <w:t>Zaliczka na podatek dochodowy</w:t>
            </w:r>
          </w:p>
        </w:tc>
        <w:tc>
          <w:tcPr>
            <w:tcW w:type="dxa" w:w="4592"/>
          </w:tcPr>
          <w:p>
            <w:pPr>
              <w:jc w:val="right"/>
            </w:pPr>
            <w:r/>
            <w:r>
              <w:rPr>
                <w:b w:val="0"/>
                <w:i w:val="0"/>
              </w:rPr>
              <w:t xml:space="preserve">– </w:t>
            </w:r>
            <w:r>
              <w:rPr>
                <w:b w:val="0"/>
                <w:i w:val="0"/>
                <w:highlight w:val="lightGray"/>
              </w:rPr>
              <w:t>[0,00]</w:t>
            </w:r>
            <w:r>
              <w:rPr>
                <w:b w:val="0"/>
                <w:i w:val="0"/>
              </w:rPr>
              <w:t xml:space="preserve"> zł</w:t>
            </w:r>
          </w:p>
        </w:tc>
      </w:tr>
      <w:tr>
        <w:tc>
          <w:tcPr>
            <w:tcW w:type="dxa" w:w="4592"/>
          </w:tcPr>
          <w:p>
            <w:r/>
            <w:r>
              <w:rPr>
                <w:b/>
                <w:i w:val="0"/>
              </w:rPr>
              <w:t>Do wypłaty</w:t>
            </w:r>
          </w:p>
        </w:tc>
        <w:tc>
          <w:tcPr>
            <w:tcW w:type="dxa" w:w="4592"/>
          </w:tcPr>
          <w:p>
            <w:pPr>
              <w:jc w:val="right"/>
            </w:pPr>
            <w:r/>
            <w:r>
              <w:rPr>
                <w:b/>
                <w:i w:val="0"/>
                <w:highlight w:val="lightGray"/>
              </w:rPr>
              <w:t>[0,00]</w:t>
            </w:r>
            <w:r>
              <w:rPr>
                <w:b/>
                <w:i w:val="0"/>
              </w:rPr>
              <w:t xml:space="preserve"> zł</w:t>
            </w:r>
          </w:p>
        </w:tc>
      </w:tr>
    </w:tbl>
    <w:p>
      <w:pPr>
        <w:spacing w:before="0" w:after="120"/>
      </w:pPr>
    </w:p>
    <w:p>
      <w:pPr>
        <w:spacing w:before="0" w:after="120"/>
        <w:jc w:val="both"/>
      </w:pPr>
      <w:r>
        <w:rPr>
          <w:b w:val="0"/>
          <w:i w:val="0"/>
        </w:rPr>
        <w:t xml:space="preserve">Słownie do wypłaty: </w:t>
      </w:r>
      <w:r>
        <w:rPr>
          <w:b w:val="0"/>
          <w:i w:val="0"/>
          <w:highlight w:val="lightGray"/>
        </w:rPr>
        <w:t>[kwota słownie]</w:t>
      </w:r>
      <w:r>
        <w:rPr>
          <w:b w:val="0"/>
          <w:i w:val="0"/>
        </w:rPr>
        <w:t xml:space="preserve"> złotych.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Oświadczam, że </w:t>
      </w:r>
      <w:r>
        <w:rPr>
          <w:b w:val="0"/>
          <w:i w:val="0"/>
          <w:highlight w:val="lightGray"/>
        </w:rPr>
        <w:t>[jestem / nie jestem]</w:t>
      </w:r>
      <w:r>
        <w:rPr>
          <w:b w:val="0"/>
          <w:i w:val="0"/>
        </w:rPr>
        <w:t xml:space="preserve"> studentem lub uczniem w wieku do 26 lat, </w:t>
      </w:r>
      <w:r>
        <w:rPr>
          <w:b w:val="0"/>
          <w:i w:val="0"/>
          <w:highlight w:val="lightGray"/>
        </w:rPr>
        <w:t>[jestem / nie jestem]</w:t>
      </w:r>
      <w:r>
        <w:rPr>
          <w:b w:val="0"/>
          <w:i w:val="0"/>
        </w:rPr>
        <w:t xml:space="preserve"> objęty/a innym tytułem do ubezpieczeń społecznych: </w:t>
      </w:r>
      <w:r>
        <w:rPr>
          <w:b w:val="0"/>
          <w:i w:val="0"/>
          <w:highlight w:val="lightGray"/>
        </w:rPr>
        <w:t>[...]</w:t>
      </w:r>
      <w:r>
        <w:rPr>
          <w:b w:val="0"/>
          <w:i w:val="0"/>
        </w:rPr>
        <w:t>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</w:tcPr>
          <w:p>
            <w:r/>
            <w:r>
              <w:rPr>
                <w:i/>
              </w:rPr>
              <w:t>Podpis zleceniobiorcy</w:t>
            </w:r>
          </w:p>
        </w:tc>
      </w:tr>
      <w:tr>
        <w:tc>
          <w:tcPr>
            <w:tcW w:type="dxa" w:w="9184"/>
          </w:tcPr>
          <w:p>
            <w:r/>
            <w:r>
              <w:br/>
              <w:br/>
              <w:t>_______________________________</w:t>
            </w:r>
          </w:p>
        </w:tc>
      </w:tr>
    </w:tbl>
    <w:p>
      <w:pPr>
        <w:spacing w:before="0" w:after="200"/>
      </w:pPr>
    </w:p>
    <w:p>
      <w:pPr>
        <w:spacing w:before="240" w:after="120"/>
      </w:pPr>
      <w:r>
        <w:rPr>
          <w:b w:val="0"/>
          <w:i/>
          <w:sz w:val="19"/>
        </w:rPr>
        <w:t>Sprawdzono pod względem merytorycznym i rachunkowym: ____________________ (data i podpis zleceniodawcy)</w:t>
      </w:r>
    </w:p>
    <w:sectPr w:rsidR="00FC693F" w:rsidRPr="0006063C" w:rsidSect="00034616">
      <w:footerReference w:type="default" r:id="rId9"/>
      <w:pgSz w:w="11906" w:h="16838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67B"/>
        <w:sz w:val="16"/>
      </w:rPr>
      <w:t>Darmowy wzór pobrany z wzoryumow24.pl – dostosuj go do swojej sytuacji. Stan prawny: 5 listopada 2026.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8" w:lineRule="auto"/>
    </w:pPr>
    <w:rPr>
      <w:rFonts w:ascii="Times New Roman" w:hAnsi="Times New Roman" w:eastAsia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Rachunek do umowy zlecenia – wzór 2026</dc:title>
  <dc:subject>Rachunek do umowy zlecenia</dc:subject>
  <dc:creator>Wzory Umów 24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