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  <w:highlight w:val="lightGray"/>
        </w:rPr>
        <w:t>[Imię i nazwisko wykonawcy]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</w:rPr>
        <w:t xml:space="preserve">PESEL: </w:t>
      </w:r>
      <w:r>
        <w:rPr>
          <w:b w:val="0"/>
          <w:i w:val="0"/>
          <w:highlight w:val="lightGray"/>
        </w:rPr>
        <w:t>[PESEL]</w:t>
      </w:r>
      <w:r>
        <w:br/>
      </w:r>
      <w:r>
        <w:rPr>
          <w:b w:val="0"/>
          <w:i w:val="0"/>
        </w:rPr>
        <w:t xml:space="preserve">Numer rachunku bankowego: </w:t>
      </w:r>
      <w:r>
        <w:rPr>
          <w:b w:val="0"/>
          <w:i w:val="0"/>
          <w:highlight w:val="lightGray"/>
        </w:rPr>
        <w:t>[Numer rachunku]</w:t>
      </w:r>
    </w:p>
    <w:p>
      <w:pPr>
        <w:spacing w:before="0" w:after="240"/>
        <w:ind w:left="5386"/>
      </w:pP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highlight w:val="lightGray"/>
        </w:rPr>
        <w:t>[Data]</w:t>
      </w:r>
      <w:r>
        <w:br/>
      </w:r>
      <w:r>
        <w:br/>
      </w:r>
      <w:r>
        <w:rPr>
          <w:b w:val="0"/>
          <w:i w:val="0"/>
          <w:highlight w:val="lightGray"/>
        </w:rPr>
        <w:t>[Nazwa zamawiającego]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</w:rPr>
        <w:t xml:space="preserve">NIP: </w:t>
      </w:r>
      <w:r>
        <w:rPr>
          <w:b w:val="0"/>
          <w:i w:val="0"/>
          <w:highlight w:val="lightGray"/>
        </w:rPr>
        <w:t>[NIP]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 xml:space="preserve">RACHUNEK NR </w:t>
      </w:r>
      <w:r>
        <w:rPr>
          <w:b/>
          <w:i w:val="0"/>
          <w:sz w:val="26"/>
          <w:highlight w:val="lightGray"/>
        </w:rPr>
        <w:t>[Numer]</w:t>
      </w:r>
    </w:p>
    <w:p>
      <w:pPr>
        <w:spacing w:before="0" w:after="120"/>
        <w:jc w:val="center"/>
      </w:pPr>
      <w:r>
        <w:rPr>
          <w:b w:val="0"/>
          <w:i w:val="0"/>
        </w:rPr>
        <w:t xml:space="preserve">do umowy o dzieło nr </w:t>
      </w:r>
      <w:r>
        <w:rPr>
          <w:b w:val="0"/>
          <w:i w:val="0"/>
          <w:highlight w:val="lightGray"/>
        </w:rPr>
        <w:t>[Numer umowy]</w:t>
      </w:r>
      <w:r>
        <w:rPr>
          <w:b w:val="0"/>
          <w:i w:val="0"/>
        </w:rPr>
        <w:t xml:space="preserve"> z dnia </w:t>
      </w:r>
      <w:r>
        <w:rPr>
          <w:b w:val="0"/>
          <w:i w:val="0"/>
          <w:highlight w:val="lightGray"/>
        </w:rPr>
        <w:t>[Data umowy]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 wykonanie dzieła: </w:t>
      </w:r>
      <w:r>
        <w:rPr>
          <w:b w:val="0"/>
          <w:i w:val="0"/>
          <w:highlight w:val="lightGray"/>
        </w:rPr>
        <w:t>[opis dzieła]</w:t>
      </w:r>
      <w:r>
        <w:rPr>
          <w:b w:val="0"/>
          <w:i w:val="0"/>
        </w:rPr>
        <w:t xml:space="preserve">, odebranego przez Zamawiającego w dniu </w:t>
      </w:r>
      <w:r>
        <w:rPr>
          <w:b w:val="0"/>
          <w:i w:val="0"/>
          <w:highlight w:val="lightGray"/>
        </w:rPr>
        <w:t>[Data odbioru]</w:t>
      </w:r>
      <w:r>
        <w:rPr>
          <w:b w:val="0"/>
          <w:i w:val="0"/>
        </w:rPr>
        <w:t>, proszę o wypłatę wynagrodzenia: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Pozycja</w:t>
            </w:r>
          </w:p>
        </w:tc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Kwota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Wynagrodzenie brutto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Koszty uzyskania przychodu (</w:t>
            </w:r>
            <w:r>
              <w:rPr>
                <w:b w:val="0"/>
                <w:i w:val="0"/>
                <w:highlight w:val="lightGray"/>
              </w:rPr>
              <w:t>[20% / 50%]</w:t>
            </w:r>
            <w:r>
              <w:rPr>
                <w:b w:val="0"/>
                <w:i w:val="0"/>
              </w:rPr>
              <w:t>)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Podstawa opodatkowania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>Zaliczka na podatek dochodowy (12%)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– </w:t>
            </w:r>
            <w:r>
              <w:rPr>
                <w:b w:val="0"/>
                <w:i w:val="0"/>
                <w:highlight w:val="lightGray"/>
              </w:rPr>
              <w:t>[0,00]</w:t>
            </w:r>
            <w:r>
              <w:rPr>
                <w:b w:val="0"/>
                <w:i w:val="0"/>
              </w:rPr>
              <w:t xml:space="preserve"> zł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/>
                <w:i w:val="0"/>
              </w:rPr>
              <w:t>Do wypłaty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/>
                <w:i w:val="0"/>
                <w:highlight w:val="lightGray"/>
              </w:rPr>
              <w:t>[0,00]</w:t>
            </w:r>
            <w:r>
              <w:rPr>
                <w:b/>
                <w:i w:val="0"/>
              </w:rPr>
              <w:t xml:space="preserve"> zł</w:t>
            </w:r>
          </w:p>
        </w:tc>
      </w:tr>
    </w:tbl>
    <w:p>
      <w:pPr>
        <w:spacing w:before="0" w:after="120"/>
      </w:pPr>
    </w:p>
    <w:p>
      <w:pPr>
        <w:spacing w:before="0" w:after="120"/>
        <w:jc w:val="both"/>
      </w:pPr>
      <w:r>
        <w:rPr>
          <w:b w:val="0"/>
          <w:i w:val="0"/>
        </w:rPr>
        <w:t xml:space="preserve">Słownie do wypłaty: </w:t>
      </w:r>
      <w:r>
        <w:rPr>
          <w:b w:val="0"/>
          <w:i w:val="0"/>
          <w:highlight w:val="lightGray"/>
        </w:rPr>
        <w:t>[kwota słownie]</w:t>
      </w:r>
      <w:r>
        <w:rPr>
          <w:b w:val="0"/>
          <w:i w:val="0"/>
        </w:rPr>
        <w:t xml:space="preserve"> złotych.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[Oświadczam, że w ramach wykonania dzieła przeniosłem/am na Zamawiającego autorskie prawa majątkowe do utworu, co uprawnia do zastosowania 50% kosztów uzyskania przychodu.]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Podpis wykonawcy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240" w:after="120"/>
      </w:pPr>
      <w:r>
        <w:rPr>
          <w:b w:val="0"/>
          <w:i/>
          <w:sz w:val="19"/>
        </w:rPr>
        <w:t>Dzieło odebrano bez zastrzeżeń. Sprawdzono pod względem merytorycznym i rachunkowym: ____________________ (data i podpis zamawiającego)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Rachunek do umowy o dzieło – wzór 2026</dc:title>
  <dc:subject>Rachunek do umowy o dzieło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