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ind w:left="5386"/>
      </w:pP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highlight w:val="lightGray"/>
        </w:rPr>
        <w:t>[Data]</w:t>
      </w:r>
    </w:p>
    <w:p>
      <w:pPr>
        <w:keepNext/>
        <w:spacing w:before="0" w:after="40"/>
        <w:jc w:val="center"/>
      </w:pPr>
      <w:r>
        <w:rPr>
          <w:b/>
          <w:i w:val="0"/>
          <w:sz w:val="26"/>
        </w:rPr>
        <w:t>PEŁNOMOCNICTWO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Ja, niżej podpisany/a </w:t>
      </w:r>
      <w:r>
        <w:rPr>
          <w:b w:val="0"/>
          <w:i w:val="0"/>
          <w:highlight w:val="lightGray"/>
        </w:rPr>
        <w:t>[Imię i nazwisko mocodawcy]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numer]</w:t>
      </w:r>
      <w:r>
        <w:rPr>
          <w:b w:val="0"/>
          <w:i w:val="0"/>
        </w:rPr>
        <w:t>,</w:t>
      </w:r>
    </w:p>
    <w:p>
      <w:pPr>
        <w:spacing w:before="120" w:after="160"/>
        <w:jc w:val="center"/>
      </w:pPr>
      <w:r>
        <w:rPr>
          <w:b/>
          <w:i w:val="0"/>
        </w:rPr>
        <w:t>udzielam pełnomocnictwa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Panu/Pani </w:t>
      </w:r>
      <w:r>
        <w:rPr>
          <w:b w:val="0"/>
          <w:i w:val="0"/>
          <w:highlight w:val="lightGray"/>
        </w:rPr>
        <w:t>[Imię i nazwisko pełnomocnika]</w:t>
      </w:r>
      <w:r>
        <w:rPr>
          <w:b w:val="0"/>
          <w:i w:val="0"/>
        </w:rPr>
        <w:t xml:space="preserve">, zamieszkałemu/ej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legitymującemu/ej się dowodem osobistym nr </w:t>
      </w:r>
      <w:r>
        <w:rPr>
          <w:b w:val="0"/>
          <w:i w:val="0"/>
          <w:highlight w:val="lightGray"/>
        </w:rPr>
        <w:t>[Seria i numer]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do </w:t>
      </w:r>
      <w:r>
        <w:rPr>
          <w:b w:val="0"/>
          <w:i w:val="0"/>
          <w:highlight w:val="lightGray"/>
        </w:rPr>
        <w:t>[dokładny opis czynności lub rodzaju spraw, np.: reprezentowania mnie przed Urzędem ... w sprawie ... / sprzedaży samochodu marki ..., nr rejestracyjny ..., VIN ..., za cenę nie niższą niż ... zł, podpisania umowy i odbioru ceny / odbioru dokumentu ... w ... / dokonywania czynności zwykłego zarządu moim majątkiem]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Pełnomocnik </w:t>
      </w:r>
      <w:r>
        <w:rPr>
          <w:b w:val="0"/>
          <w:i w:val="0"/>
          <w:highlight w:val="lightGray"/>
        </w:rPr>
        <w:t>[jest / nie jest]</w:t>
      </w:r>
      <w:r>
        <w:rPr>
          <w:b w:val="0"/>
          <w:i w:val="0"/>
        </w:rPr>
        <w:t xml:space="preserve"> upoważniony do udzielania dalszych pełnomocnictw (substytucji).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Pełnomocnictwo jest ważne </w:t>
      </w:r>
      <w:r>
        <w:rPr>
          <w:b w:val="0"/>
          <w:i w:val="0"/>
          <w:highlight w:val="lightGray"/>
        </w:rPr>
        <w:t>[do dnia ... / do odwołania / do wykonania czynności wskazanej powyżej]</w:t>
      </w:r>
      <w:r>
        <w:rPr>
          <w:b w:val="0"/>
          <w:i w:val="0"/>
        </w:rP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Podpis mocodawcy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– wzór 2026</dc:title>
  <dc:subject>Pełnomocnictwo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